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09:30-10:45 Mebeen ilot ja huolet -lastenkirjan julkkarit</w:t>
      </w:r>
    </w:p>
    <w:p>
      <w:r>
        <w:t>Tervetuloa Mebeen ilot ja huolet -lastenkirjan julkkareille Isonkyrön kirjastoon ke 12.8. klo 9.30-10.45!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