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 10, vanha terveyskeskus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15:00-18:00 Huhtala 10 kierrätystempaus</w:t>
      </w:r>
    </w:p>
    <w:p>
      <w:r>
        <w:t>Seinäjoen vanhan terveyskeskuksen tiloissa kierrätystempaus 19.8. klo 15-18.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