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4.9.2026 perjantai</w:t>
      </w:r>
    </w:p>
    <w:p>
      <w:pPr>
        <w:pStyle w:val="Heading1"/>
      </w:pPr>
      <w:r>
        <w:t>4.9.2026 perjantai</w:t>
      </w:r>
    </w:p>
    <w:p>
      <w:pPr>
        <w:pStyle w:val="Heading2"/>
      </w:pPr>
      <w:r>
        <w:t>18:15-19:15 Jääkärin morsian, teosesittely | Seinäjoen kaupunginteatteri</w:t>
      </w:r>
    </w:p>
    <w:p>
      <w:r>
        <w:t>Uusi sovitus Jääkärin morsian -klassikkolaulunäytelmästä</w:t>
      </w:r>
    </w:p>
    <w:p>
      <w:r>
        <w:t>Tapahtuma on maksuton, lippu otettava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