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18:00-20:30 Jääkärin morsian | Seinäjoen kaupunginteatteri</w:t>
      </w:r>
    </w:p>
    <w:p>
      <w:r>
        <w:t>Uusi sovitus Jääkärin morsian -klassikkolaulunäytelmästä</w:t>
      </w:r>
    </w:p>
    <w:p>
      <w:r>
        <w:t>Peruslippu: 45 €, eläkeläinen 43 €, opiskelija 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