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18:15-19:15 Sarabande, teosesittely | Seinäjoen kaupunginteatteri</w:t>
      </w:r>
    </w:p>
    <w:p>
      <w:r>
        <w:t xml:space="preserve">Traaginen ja kaunis esitys tuo koskettavalla tavalla julki sen, mistä on tapana vaieta. </w:t>
      </w:r>
    </w:p>
    <w:p>
      <w:r>
        <w:t>Tapahtuma on maksuton, lippu otettava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