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Luoma-ahon kylätalo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18:30-20:00 Pelimannimusiikkia Luoma-aholla</w:t>
      </w:r>
    </w:p>
    <w:p>
      <w:r>
        <w:t>Pelimannimusiikkia Luoma-ahon kylätalolla: mestaripelimanni Pentti Ojajärvi ja trubaduuri Leila Luukkainen</w:t>
      </w:r>
    </w:p>
    <w:p>
      <w:r>
        <w:t>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