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18:15-19:15 39 askelta, teosesittely | Seinäjoen kaupunginteatteri</w:t>
      </w:r>
    </w:p>
    <w:p>
      <w:r>
        <w:t>Jännittävät juonenkäänteet, virtuoosimainen näyttelijäntyö ja hulvaton toteutus!</w:t>
      </w:r>
    </w:p>
    <w:p>
      <w:r>
        <w:t>Tapahtuma on maksuton, lippu otettava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