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18:00-20:00 Niko Kivelä - SANANVAPAUS | Seinäjoen kaupunginteatteri</w:t>
      </w:r>
    </w:p>
    <w:p>
      <w:r>
        <w:t>Niko Kivelä kiertää Seinäjoen kaupunginteatterin kautta uransa suurimmalla Stand Up -kiertueella. Ja silloin puhutaan sananvapaudesta!</w:t>
      </w:r>
    </w:p>
    <w:p>
      <w:r>
        <w:t>Peruslippu: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