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18:00-20:00 Jukka Puotila Show | Seinäjoen kaupunginteatteri</w:t>
      </w:r>
    </w:p>
    <w:p>
      <w:r>
        <w:t>Hekotusta ja tyylikkäitä iskuja vyön ylle ja alle lokakuussa 2026!</w:t>
      </w:r>
    </w:p>
    <w:p>
      <w:r>
        <w:t>Peruslippu: 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