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18:00-20:15 Blue Christmas 2026 | Seinäjoen kaupunginteatteri</w:t>
      </w:r>
    </w:p>
    <w:p>
      <w:r>
        <w:t>Erja Lyytinen ja ystävät tuovat jälleen bluesrockia joulun aikaan.</w:t>
      </w:r>
    </w:p>
    <w:p>
      <w:r>
        <w:t>Peruslippu: 46,80 €, eläkeläinen, opiskelija, varusmies, työtön: 44,80 €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