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10:00-14:00 Kansaivälinen yliannostuskuolemien ehkäisypäivä 31.8.2026</w:t>
      </w:r>
    </w:p>
    <w:p>
      <w:r>
        <w:t xml:space="preserve"> Tule kuulemaan, miten yliannostuksia voidaan ehkäistä ja mistä apua saa.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