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Skeittiparkki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12:00-15:00 Skeitti/Skuuttijamit Kauhavan Skeittiparkilla</w:t>
      </w:r>
    </w:p>
    <w:p>
      <w:r>
        <w:t>Skeittausta, opetusta ja skeittilautamyyntiä, tuu mukaan tutustumaan lajiin!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