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Möörmannin pappila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17:00-18:30 Konserttiseurat - Maija Kauhanen</w:t>
      </w:r>
    </w:p>
    <w:p>
      <w:r>
        <w:t>Kansanmusiikkivirtuoosi esiintyy Möörmannin pappilassa Lapualla</w:t>
      </w:r>
    </w:p>
    <w:p>
      <w:r>
        <w:t>Vapaa pääsy, vapaaehtoinen ohjelmamaksu.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