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19:00-21:00 Fredi Lilius: ADHD - Supervoima 2 -stand up show</w:t>
      </w:r>
    </w:p>
    <w:p>
      <w:r>
        <w:t>Fredi Liliuksen suurta suosiota kerännyt stand up -show ADHD – Supervoima saa jatkoa syksyllä 2026!</w:t>
      </w:r>
    </w:p>
    <w:p>
      <w:r>
        <w:t>29,90€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