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18:00-19:30 Jacke Björklund: Havaintoja -stand up show</w:t>
      </w:r>
    </w:p>
    <w:p>
      <w:r>
        <w:t xml:space="preserve">Satiirin kuninkaan ja sarkasmin keisarin Jacke Björklundin uusi stand up show HAVAINTOJA nähdään syksyllä 2026! </w:t>
      </w:r>
    </w:p>
    <w:p>
      <w:r>
        <w:t>34,90€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