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19:00-21:00 Mentalisti Pete Poskiparta: Mahdotonta</w:t>
      </w:r>
    </w:p>
    <w:p>
      <w:r>
        <w:t>Pete Poskiparran esityksessä kutitellaan nauruhermoja, luetaan ajatuksia ja muutetaan mahdoton mahdolliseksi.</w:t>
      </w:r>
    </w:p>
    <w:p>
      <w:r>
        <w:t>26,90€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