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Onnentähti, auditorio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12:00-15:00 Geneettisen sukututkimuksen tapahtuma Tuurissa</w:t>
      </w:r>
    </w:p>
    <w:p>
      <w:r>
        <w:t>Luvassa luento väitöskirjatutkija, FM Ari Kolehmaiselta. Näytteenanto mahdollisuus omakustanteiseen DNA-testiin. Lue lisää!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