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20:00-21:30 JOKEBOKSI Stand Up Show: Tommi Mujunen, Joonas Moisio &amp; Olli Siiki</w:t>
      </w:r>
    </w:p>
    <w:p>
      <w:r>
        <w:t>JOKEBOKSI on kolmen koomikon visio tarjoilla yleisölle huumoria laajalla kirjolla ja esityksestä löytyykin jokaiselle jotain.</w:t>
      </w:r>
    </w:p>
    <w:p>
      <w:r>
        <w:t>Ennakkoon 17 € ovelta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