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Kyrönmaan maatalousmuseo ja Bensiininostalgiaa -osasto 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 xml:space="preserve">10:00-15:00 Avoimet ovet Kyrönmaan maatalousmuseolla ja Bensiininostalgiaa -osastolla </w:t>
      </w:r>
    </w:p>
    <w:p>
      <w:r>
        <w:t>Avoimet ovet Kyrönmaan maatalousmuseolla ja Bensiininostalgiaa -osastolla 29.8.2026 klo 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