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18:00-21:00 Jazzoikoon! Joakim Berghäll &amp; Adele Sauros  / T.I.M. (N0, Fr) Vapaat äänet 30 v</w:t>
      </w:r>
    </w:p>
    <w:p>
      <w:r>
        <w:t xml:space="preserve">Vapaat äänet 30-vuotisjuhlakonsertissa tunteikkaasti saksofonistit Adele Sauros ja Joakim Berghäll sekä norjalais-ranskalainen T.I.M. </w:t>
      </w:r>
    </w:p>
    <w:p>
      <w:r>
        <w:t>normaali 30 € / jäsenet 25 € / opisk. 15 €. Ovella käteinen tai MobilePay. Lipun voi lunastaa myös maksamalla summa tilille:  Ylistaron Kaukolankylän Jazzkerho ry; OmaSp IBAN FI16 4108 0012 8872 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