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19:00-21:00 Jazzoikoon! Claude Tchamitchian ”Poetic Power” (FR)</w:t>
      </w:r>
    </w:p>
    <w:p>
      <w:r>
        <w:t>Basisti ja säveltäjä Claude Tchamitchianin  yhtye on kotonaan vapaassa improvisaatiossa, mutta kunnioittaa vahvasti jazzin perinteitä.</w:t>
      </w:r>
    </w:p>
    <w:p>
      <w:r>
        <w:t>Liput: normaali 30 € / jäsenet 25 € / opisk. 15 €.  Ovella käteinen tai MobilePay. Lipun voi lunastaa myös maksamalla summa tilille:  Ylistaron Kaukolankylän Jazzkerho ry; OmaSp IBAN FI16 4108 0012 8872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