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18:00-20:20 ELÄMÄMME BIISIT  Viihdekuoro Cantarellin 30 ensimmäistä vuotta</w:t>
      </w:r>
    </w:p>
    <w:p>
      <w:r>
        <w:t>Viihdekuoro Cantarelli palaa Seinäjoelle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