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kotiseutumuseo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12:00-17:00 Avoimet ovet Ylihärmän kotiseutumuseolla</w:t>
      </w:r>
    </w:p>
    <w:p>
      <w:r>
        <w:t xml:space="preserve">Avoimet ovet Ylihärmän kotiseutumuseolla Elotryskööjen yhteydessä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