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18:00-20:00 100 – Mäkynen/Mannila/Koivistoinen/Antila/Mäensivu</w:t>
      </w:r>
    </w:p>
    <w:p>
      <w:r>
        <w:t xml:space="preserve">100 – Mäkynen/Mannila/Koivistoinen/Antila/Mäensivu.  Koko perheen Jazz Suomi 100 -juhlakonsertti! </w:t>
      </w:r>
    </w:p>
    <w:p>
      <w:r>
        <w:t xml:space="preserve">Liput: normaali 30 € / jäsenet 25 € / opisk. 15 € / lapset (alle 12) 5 € / alle 6 v. ilmaiseksi.  Ovella käteinen tai MobilePay.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