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Perälänraitti, Seinäjoki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 xml:space="preserve">20:00-22:00 Jazzoikoon! Marcus Wärnheim  &amp;  Jonathan Bäckström </w:t>
      </w:r>
    </w:p>
    <w:p>
      <w:r>
        <w:t>Ruotsalaisen alttosaksofonisti Marcus Wärnheimin ja suomalaisen kontrabasisti Jonathan Bäckströmin musiikki tutkii ääntä moniulotteisesti.</w:t>
      </w:r>
    </w:p>
    <w:p>
      <w:r>
        <w:t>Liput: 30 €, jäsenet 25 €, opisk. 15 €.  Ovella käteinen tai MobilePay. Lipun voi lunastaa myös maksamalla summa tilille: Ylistaron Kaukolankylän Jazzkerho ry; OmaSp IBAN FI16 4108 0012 8872 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