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Valkealampi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11:00-14:00 Jäkälälammen luontopolun avajaiset Suomen Luonnon päivänä 29.8.2026 klo 11:00</w:t>
      </w:r>
    </w:p>
    <w:p>
      <w:r>
        <w:t xml:space="preserve">Tervetuloa mukaan Jäkälälammen luontopolun avajaisiin lauantaina 29.8. Klo 11  Lehtimäen Valkealammelle Alajärvelle.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