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Jurvan kirjasto</w:t>
      </w:r>
    </w:p>
    <w:p>
      <w:r>
        <w:t>31.8.2026 maanantai</w:t>
      </w:r>
    </w:p>
    <w:p>
      <w:pPr>
        <w:pStyle w:val="Heading1"/>
      </w:pPr>
      <w:r>
        <w:t>31.8.2026 maanantai</w:t>
      </w:r>
    </w:p>
    <w:p>
      <w:pPr>
        <w:pStyle w:val="Heading2"/>
      </w:pPr>
      <w:r>
        <w:t>12:30-14:00 Luontokuvaaja Timo Mylläri paikalla Jurvan kirjastossa</w:t>
      </w:r>
    </w:p>
    <w:p>
      <w:r>
        <w:t>Luontokuvaaja Timo Mylläri  paikalla Jurvan kirjastossa MA 31.8. KLO 12.30 - 14.00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