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Nahkalan koulu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 xml:space="preserve">09:00-15:00 Irtokalusteiden myyntipäivät </w:t>
      </w:r>
    </w:p>
    <w:p>
      <w:r>
        <w:t>Kaupungin omistamien purkukohteiden irtokalustemyynti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