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terveysasema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 xml:space="preserve">09:00-15:00 Irtokalusteiden myyntipäivät </w:t>
      </w:r>
    </w:p>
    <w:p>
      <w:r>
        <w:t>Kaupungin omistaman purkukohteen irtokalustemyynti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