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17:00-19:00 Koko perhe lukemaan!</w:t>
      </w:r>
    </w:p>
    <w:p>
      <w:r>
        <w:t>Tervetuloa Kurikan pääkirjaston vanhempainiltaan to 10.9. klo 17-19.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