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Kuortaneen Urheiluopisto</w:t>
      </w:r>
    </w:p>
    <w:p>
      <w:r>
        <w:t>22.8.2026 lauantai</w:t>
      </w:r>
    </w:p>
    <w:p>
      <w:pPr>
        <w:pStyle w:val="Heading1"/>
      </w:pPr>
      <w:r>
        <w:t>22.8.2026 lauantai</w:t>
      </w:r>
    </w:p>
    <w:p>
      <w:pPr>
        <w:pStyle w:val="Heading2"/>
      </w:pPr>
      <w:r>
        <w:t>17:00-23:00 OPA! Kuortane - Kreikkalainen ilta ravintola Aallossa</w:t>
      </w:r>
    </w:p>
    <w:p>
      <w:r>
        <w:t>Tunnelmallinen kreikkalainen ilta Kuortaneen Urheiluopistolla Ravintola Aallossa la 22.8.2026 klo 17 alkaen.</w:t>
      </w:r>
    </w:p>
    <w:p>
      <w:r>
        <w:t>Hinta 38 €/hlö (sis. menun sekä ohjelman.)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