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 xml:space="preserve">18:00-23:00 Metsäpeurojen YÖ 5.9.2026 </w:t>
      </w:r>
    </w:p>
    <w:p>
      <w:r>
        <w:t>Luvassa tunnelmallinen syysilta Sanssinkartanolla: metsäpeuroja, taidetta, tarinoita, paikallisia makuja ja iltapalaa.</w:t>
      </w:r>
    </w:p>
    <w:p>
      <w:r>
        <w:t>Iltapala on maksullinen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