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>15:30-18:00 Nuorten ihonhoitokurssi (kesto 2,5 h)</w:t>
      </w:r>
    </w:p>
    <w:p>
      <w:r>
        <w:t>Hyvät ihonhoitotavat kannattaa oppia jo nuorena – lempeästi ja oman ihon tarpeita kuunnellen.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