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18:00-21:00 Juhlameikki-kurssi (kesto 3 h)</w:t>
      </w:r>
    </w:p>
    <w:p>
      <w:r>
        <w:t>Näyttävä juhlameikki syntyy oikeilla tekniikoilla – opi rakentamaan juuri omia piirteitäsi korostava juhlalook.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