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Keidas ry/pelikeidas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 xml:space="preserve">11:00-16:00 Kännykän heiton SM-kisa &amp; vaihtopäivä </w:t>
      </w:r>
    </w:p>
    <w:p>
      <w:r>
        <w:t>heitetään omaa tai Keitaan kännykkää pituutta ja tarkkuutta klo 14 &amp; korttien vaihtopäivä</w:t>
      </w:r>
    </w:p>
    <w:p>
      <w:r>
        <w:t>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