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16:00-23:00 Avoin saunailta: Viskisaunat &amp; Irish Jack &amp; co</w:t>
      </w:r>
    </w:p>
    <w:p>
      <w:r>
        <w:t>Koskenkorvan Trahteerin saunat lämpöösenä kahdessa vuorossa ja sen päälle jouluruokaa, juomaa sekä lavalla Irish Jack &amp; co!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