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16:00-23:00 Avoin saunailta: Sandels-saunat &amp; 8th Road Home</w:t>
      </w:r>
    </w:p>
    <w:p>
      <w:r>
        <w:t>Koskenkorvan Trahteerin saunat lämpöösenä kahdessa vuorossa ja sen päälle jouluruokaa, juomaa sekä lavalla 8th Road Home!</w:t>
      </w:r>
    </w:p>
    <w:p>
      <w:r>
        <w:t>Saunalippu 17€, keikalle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