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6.6.2026 lauantai</w:t>
      </w:r>
    </w:p>
    <w:p>
      <w:pPr>
        <w:pStyle w:val="Heading1"/>
      </w:pPr>
      <w:r>
        <w:t>6.6.2026-7.6.2026</w:t>
      </w:r>
    </w:p>
    <w:p>
      <w:pPr>
        <w:pStyle w:val="Heading2"/>
      </w:pPr>
      <w:r>
        <w:t>10:30-16:00 HÄJYIN by CrossFit Seinäjoki</w:t>
      </w:r>
    </w:p>
    <w:p>
      <w:r>
        <w:t xml:space="preserve">HÄJYIN on Suomen kovatasoisin toiminnallisen urheilun (CrossFit) kilpailu. </w:t>
      </w:r>
    </w:p>
    <w:p>
      <w:r>
        <w:t>1 päivän ennakkolippu, lapsi (8-15v.) 10€  2 päivän ennakkolippu, lapsi (8-15v.) 15€  1 päivän ennakkolippu, aikuinen, 20€  2 päivän ennakkolippu, aikuinen, 30€  1 päivän perhelippu (2 aikuista + 2 lasta), 50€  2 päivän perhelippu (2 aikuista + 2 lasta), 80€     Ennakkolippujen myynti päättyy 5.6. klo 23.59. Sen jälkeen liput CrossFit Seinäjoen hallilta +2€ / lippu.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