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30.5.2026 lauantai</w:t>
      </w:r>
    </w:p>
    <w:p>
      <w:pPr>
        <w:pStyle w:val="Heading1"/>
      </w:pPr>
      <w:r>
        <w:t>30.5.2026 lauantai</w:t>
      </w:r>
    </w:p>
    <w:p>
      <w:pPr>
        <w:pStyle w:val="Heading2"/>
      </w:pPr>
      <w:r>
        <w:t>18:30-23:55 RYTMIS BAND JAM VOL11 @ Rytmikorjaamo</w:t>
      </w:r>
    </w:p>
    <w:p>
      <w:r>
        <w:t>RYTMIS BAND JAMIA JUHLITAAN TÄNÄ VUONNA 30.5.2026</w:t>
      </w:r>
    </w:p>
    <w:p>
      <w:r>
        <w:t>Ennakkoon 13,50€ (Selmun jäsenet 11€) + palvelumaksu Ovelta 15€, mikäli jäljellä! https://www.tiketti.fi/rytmis-band-jam-rytmikorjaamo-seinajoki-lippuja/116452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