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12:00-15:30 Kauhavan kirjaston Nalle Puh -päivä 12.6.</w:t>
      </w:r>
    </w:p>
    <w:p>
      <w:r>
        <w:t>Tule kirjastoon 12.6. suorittamaan Nalle Puh teemainen tehtävärata!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