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Järviseudun Omaishoitajien toimisto</w:t>
      </w:r>
    </w:p>
    <w:p>
      <w:r>
        <w:t>31.8.2026 maanantai</w:t>
      </w:r>
    </w:p>
    <w:p>
      <w:pPr>
        <w:pStyle w:val="Heading1"/>
      </w:pPr>
      <w:r>
        <w:t>31.8.2026 maanantai</w:t>
      </w:r>
    </w:p>
    <w:p>
      <w:pPr>
        <w:pStyle w:val="Heading2"/>
      </w:pPr>
      <w:r>
        <w:t>10:30-12:00 Vertaisryhmä muistisairauteen sairastuneille ja läheisille / Alajärvi</w:t>
      </w:r>
    </w:p>
    <w:p>
      <w:r>
        <w:t>Tapaamiset antavat mahdollisuuden keskusteluun ja vertaistukeen sekä sairastuneelle että läheiselle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