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Taphouse 60100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19:00-21:00 Pride Bingo &amp; -visa (K-18)</w:t>
      </w:r>
    </w:p>
    <w:p>
      <w:r>
        <w:t>Bingoa, visailua ja livemusiikkia!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