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12:30-13:40 TEATTERITAPAUS Tukkateatteri: Haittaako jos kysyn?</w:t>
      </w:r>
    </w:p>
    <w:p>
      <w:r>
        <w:t>TeatteriTapaus on aikuisten teatteritapahtuma, joka järjestetään Seinäjoella 12.9.2026. Päätapahtumapaikkana on Seinäjoen Nuorisokeskus</w:t>
      </w:r>
    </w:p>
    <w:p>
      <w:r>
        <w:t xml:space="preserve">Liput esitykseen ennakkoon NetTicketistä 12€ ja ovelta ennen esitystä 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