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seurakuntatalo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14:00-15:00 Opastetut kierrokset / Bussikierros Kurikassa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