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19:00-22:00 Vælimaa &amp; tajukankaan soittokunta @ Kalevan Navetta</w:t>
      </w:r>
    </w:p>
    <w:p>
      <w:r>
        <w:t>Vælimaa &amp; tajukankaan soittokunta 3.10.2026 @ Kalevan Navetta</w:t>
      </w:r>
    </w:p>
    <w:p>
      <w:r>
        <w:t>Liput ennakkoon 22,00 €, ovelta 25,00 € Liput tulevat myyntiin perjantaina 12.6.2026 klo 12:00 Tiketissä osoitteessa https://www.tiketti.fi/tapahtuma/118075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