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16:00-19:00 Seinäjoen pääkirjaston lautapeli-illat</w:t>
      </w:r>
    </w:p>
    <w:p>
      <w:r>
        <w:t xml:space="preserve">Lautapeli-ilta kaikenikäiselle pelaajille!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