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17:00-19:00 5/5 konsertti</w:t>
      </w:r>
    </w:p>
    <w:p>
      <w:r>
        <w:t>Siirtolaisuusmuseon perinteinen Unkurintalon konsertti,  jossa esiintyy kansanmusiikkiyhtye 5/5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