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10:00-14:00 Ahjolan Kesäkirppis</w:t>
      </w:r>
    </w:p>
    <w:p>
      <w:r>
        <w:t>Alavallin nuorisoseurantalon Kesäkirppis ja kahvila kesäviikonloppuisin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