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Seinäjoen taidehalliin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