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valtuustosali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13:00-14:00 Jorma Hietamäki - 44 vuoden tarinat YLE:stä, musiikista ja musiikin valinnoista</w:t>
      </w:r>
    </w:p>
    <w:p>
      <w:r>
        <w:t>Kuortaneen Kuhinoiden juhlaseminaarin esitelmä Jorma Hietamäen kertomana. 44 YLE-vuodessa on tapahtumia!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